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4A0" w:firstRow="1" w:lastRow="0" w:firstColumn="1" w:lastColumn="0" w:noHBand="0" w:noVBand="1"/>
      </w:tblPr>
      <w:tblGrid>
        <w:gridCol w:w="4762"/>
      </w:tblGrid>
      <w:tr w:rsidR="00556F1D" w14:paraId="07C96106" w14:textId="77777777">
        <w:trPr>
          <w:jc w:val="right"/>
        </w:trPr>
        <w:tc>
          <w:tcPr>
            <w:tcW w:w="4762" w:type="dxa"/>
            <w:tcBorders>
              <w:top w:val="single" w:sz="10" w:space="0" w:color="7F8C8D"/>
              <w:left w:val="single" w:sz="10" w:space="0" w:color="7F8C8D"/>
              <w:bottom w:val="single" w:sz="10" w:space="0" w:color="7F8C8D"/>
              <w:right w:val="single" w:sz="10" w:space="0" w:color="7F8C8D"/>
            </w:tcBorders>
            <w:shd w:val="clear" w:color="auto" w:fill="E9EFF3"/>
            <w:tcMar>
              <w:top w:w="75" w:type="dxa"/>
              <w:left w:w="120" w:type="dxa"/>
              <w:bottom w:w="75" w:type="dxa"/>
              <w:right w:w="120" w:type="dxa"/>
            </w:tcMar>
            <w:vAlign w:val="center"/>
          </w:tcPr>
          <w:p w14:paraId="223C8BBC" w14:textId="77777777" w:rsidR="00556F1D" w:rsidRDefault="00000000">
            <w:pPr>
              <w:jc w:val="center"/>
            </w:pPr>
            <w:r>
              <w:rPr>
                <w:b/>
              </w:rPr>
              <w:t>BEWERTUNG – von der Zulassungskommission auszufüllen</w:t>
            </w:r>
          </w:p>
        </w:tc>
      </w:tr>
      <w:tr w:rsidR="00556F1D" w14:paraId="1DE28D0F" w14:textId="77777777">
        <w:trPr>
          <w:jc w:val="right"/>
        </w:trPr>
        <w:tc>
          <w:tcPr>
            <w:tcW w:w="4762" w:type="dxa"/>
            <w:tcBorders>
              <w:top w:val="single" w:sz="10" w:space="0" w:color="7F8C8D"/>
              <w:left w:val="single" w:sz="10" w:space="0" w:color="7F8C8D"/>
              <w:bottom w:val="single" w:sz="10" w:space="0" w:color="7F8C8D"/>
              <w:right w:val="single" w:sz="10" w:space="0" w:color="7F8C8D"/>
            </w:tcBorders>
            <w:tcMar>
              <w:top w:w="75" w:type="dxa"/>
              <w:left w:w="120" w:type="dxa"/>
              <w:bottom w:w="75" w:type="dxa"/>
              <w:right w:w="120" w:type="dxa"/>
            </w:tcMar>
            <w:vAlign w:val="center"/>
          </w:tcPr>
          <w:p w14:paraId="539BDFB9" w14:textId="77777777" w:rsidR="00556F1D" w:rsidRDefault="00000000">
            <w:pPr>
              <w:jc w:val="center"/>
            </w:pPr>
            <w:r>
              <w:rPr>
                <w:b/>
              </w:rPr>
              <w:t>☐ ZUGELASSEN   ☐ ABGELEHNT</w:t>
            </w:r>
          </w:p>
        </w:tc>
      </w:tr>
    </w:tbl>
    <w:p w14:paraId="4F8430F4" w14:textId="77777777" w:rsidR="000F5498" w:rsidRDefault="000F5498">
      <w:pPr>
        <w:spacing w:before="100" w:after="160"/>
        <w:jc w:val="center"/>
        <w:rPr>
          <w:b/>
        </w:rPr>
      </w:pPr>
    </w:p>
    <w:p w14:paraId="174A2B8E" w14:textId="6D7C2AD5" w:rsidR="00556F1D" w:rsidRDefault="00000000">
      <w:pPr>
        <w:spacing w:before="100" w:after="160"/>
        <w:jc w:val="center"/>
      </w:pPr>
      <w:r>
        <w:rPr>
          <w:b/>
        </w:rPr>
        <w:t>MOTIVATIONSAUFSATZ</w:t>
      </w:r>
    </w:p>
    <w:p w14:paraId="1375956B" w14:textId="77777777" w:rsidR="00556F1D" w:rsidRDefault="00000000">
      <w:pPr>
        <w:spacing w:after="220"/>
        <w:jc w:val="center"/>
      </w:pPr>
      <w:r>
        <w:rPr>
          <w:i/>
          <w:color w:val="464646"/>
        </w:rPr>
        <w:t>zur Wahl des Lehrberufs</w:t>
      </w:r>
    </w:p>
    <w:tbl>
      <w:tblPr>
        <w:tblW w:w="0" w:type="auto"/>
        <w:tblLayout w:type="fixed"/>
        <w:tblLook w:val="04A0" w:firstRow="1" w:lastRow="0" w:firstColumn="1" w:lastColumn="0" w:noHBand="0" w:noVBand="1"/>
      </w:tblPr>
      <w:tblGrid>
        <w:gridCol w:w="3231"/>
        <w:gridCol w:w="6236"/>
      </w:tblGrid>
      <w:tr w:rsidR="00556F1D" w14:paraId="068A5158" w14:textId="77777777">
        <w:tc>
          <w:tcPr>
            <w:tcW w:w="3231" w:type="dxa"/>
            <w:shd w:val="clear" w:color="auto" w:fill="E9EFF3"/>
            <w:tcMar>
              <w:top w:w="90" w:type="dxa"/>
              <w:left w:w="110" w:type="dxa"/>
              <w:bottom w:w="90" w:type="dxa"/>
              <w:right w:w="110" w:type="dxa"/>
            </w:tcMar>
            <w:vAlign w:val="center"/>
          </w:tcPr>
          <w:p w14:paraId="20F1F181" w14:textId="77777777" w:rsidR="00556F1D" w:rsidRDefault="00000000">
            <w:r>
              <w:rPr>
                <w:b/>
              </w:rPr>
              <w:t>Geburtsname (gemäß Geburtsurkunde)</w:t>
            </w:r>
          </w:p>
        </w:tc>
        <w:tc>
          <w:tcPr>
            <w:tcW w:w="6236" w:type="dxa"/>
            <w:tcBorders>
              <w:bottom w:val="single" w:sz="8" w:space="0" w:color="7F8C8D"/>
            </w:tcBorders>
            <w:tcMar>
              <w:top w:w="90" w:type="dxa"/>
              <w:left w:w="110" w:type="dxa"/>
              <w:bottom w:w="90" w:type="dxa"/>
              <w:right w:w="110" w:type="dxa"/>
            </w:tcMar>
            <w:vAlign w:val="center"/>
          </w:tcPr>
          <w:p w14:paraId="7CCAAE36" w14:textId="77777777" w:rsidR="00556F1D" w:rsidRDefault="00000000">
            <w:r>
              <w:t xml:space="preserve"> </w:t>
            </w:r>
          </w:p>
        </w:tc>
      </w:tr>
      <w:tr w:rsidR="00556F1D" w14:paraId="77525E03" w14:textId="77777777">
        <w:tc>
          <w:tcPr>
            <w:tcW w:w="3231" w:type="dxa"/>
            <w:shd w:val="clear" w:color="auto" w:fill="E9EFF3"/>
            <w:tcMar>
              <w:top w:w="90" w:type="dxa"/>
              <w:left w:w="110" w:type="dxa"/>
              <w:bottom w:w="90" w:type="dxa"/>
              <w:right w:w="110" w:type="dxa"/>
            </w:tcMar>
            <w:vAlign w:val="center"/>
          </w:tcPr>
          <w:p w14:paraId="035F5D09" w14:textId="77777777" w:rsidR="00556F1D" w:rsidRDefault="00000000">
            <w:r>
              <w:rPr>
                <w:b/>
              </w:rPr>
              <w:t>Vorname(n)</w:t>
            </w:r>
          </w:p>
        </w:tc>
        <w:tc>
          <w:tcPr>
            <w:tcW w:w="6236" w:type="dxa"/>
            <w:tcBorders>
              <w:bottom w:val="single" w:sz="8" w:space="0" w:color="7F8C8D"/>
            </w:tcBorders>
            <w:tcMar>
              <w:top w:w="90" w:type="dxa"/>
              <w:left w:w="110" w:type="dxa"/>
              <w:bottom w:w="90" w:type="dxa"/>
              <w:right w:w="110" w:type="dxa"/>
            </w:tcMar>
            <w:vAlign w:val="center"/>
          </w:tcPr>
          <w:p w14:paraId="7C80E15B" w14:textId="77777777" w:rsidR="00556F1D" w:rsidRDefault="00000000">
            <w:r>
              <w:t xml:space="preserve"> </w:t>
            </w:r>
          </w:p>
        </w:tc>
      </w:tr>
      <w:tr w:rsidR="00556F1D" w14:paraId="0C8E5897" w14:textId="77777777">
        <w:tc>
          <w:tcPr>
            <w:tcW w:w="3231" w:type="dxa"/>
            <w:shd w:val="clear" w:color="auto" w:fill="E9EFF3"/>
            <w:tcMar>
              <w:top w:w="90" w:type="dxa"/>
              <w:left w:w="110" w:type="dxa"/>
              <w:bottom w:w="90" w:type="dxa"/>
              <w:right w:w="110" w:type="dxa"/>
            </w:tcMar>
            <w:vAlign w:val="center"/>
          </w:tcPr>
          <w:p w14:paraId="2DED7FF8" w14:textId="77777777" w:rsidR="00556F1D" w:rsidRDefault="00000000">
            <w:r>
              <w:rPr>
                <w:b/>
              </w:rPr>
              <w:t>Fakultät</w:t>
            </w:r>
          </w:p>
        </w:tc>
        <w:tc>
          <w:tcPr>
            <w:tcW w:w="6236" w:type="dxa"/>
            <w:tcBorders>
              <w:bottom w:val="single" w:sz="8" w:space="0" w:color="7F8C8D"/>
            </w:tcBorders>
            <w:tcMar>
              <w:top w:w="90" w:type="dxa"/>
              <w:left w:w="110" w:type="dxa"/>
              <w:bottom w:w="90" w:type="dxa"/>
              <w:right w:w="110" w:type="dxa"/>
            </w:tcMar>
            <w:vAlign w:val="center"/>
          </w:tcPr>
          <w:p w14:paraId="0B530FB5" w14:textId="77777777" w:rsidR="00556F1D" w:rsidRDefault="00000000">
            <w:r>
              <w:t xml:space="preserve"> </w:t>
            </w:r>
          </w:p>
        </w:tc>
      </w:tr>
      <w:tr w:rsidR="00556F1D" w14:paraId="0A7C746F" w14:textId="77777777">
        <w:tc>
          <w:tcPr>
            <w:tcW w:w="3231" w:type="dxa"/>
            <w:shd w:val="clear" w:color="auto" w:fill="E9EFF3"/>
            <w:tcMar>
              <w:top w:w="90" w:type="dxa"/>
              <w:left w:w="110" w:type="dxa"/>
              <w:bottom w:w="90" w:type="dxa"/>
              <w:right w:w="110" w:type="dxa"/>
            </w:tcMar>
            <w:vAlign w:val="center"/>
          </w:tcPr>
          <w:p w14:paraId="4BE9576C" w14:textId="77777777" w:rsidR="00556F1D" w:rsidRDefault="00000000">
            <w:r>
              <w:rPr>
                <w:b/>
              </w:rPr>
              <w:t>Studiengang</w:t>
            </w:r>
          </w:p>
        </w:tc>
        <w:tc>
          <w:tcPr>
            <w:tcW w:w="6236" w:type="dxa"/>
            <w:tcBorders>
              <w:bottom w:val="single" w:sz="8" w:space="0" w:color="7F8C8D"/>
            </w:tcBorders>
            <w:tcMar>
              <w:top w:w="90" w:type="dxa"/>
              <w:left w:w="110" w:type="dxa"/>
              <w:bottom w:w="90" w:type="dxa"/>
              <w:right w:w="110" w:type="dxa"/>
            </w:tcMar>
            <w:vAlign w:val="center"/>
          </w:tcPr>
          <w:p w14:paraId="51CB9769" w14:textId="77777777" w:rsidR="00556F1D" w:rsidRDefault="00000000">
            <w:r>
              <w:t xml:space="preserve"> </w:t>
            </w:r>
          </w:p>
        </w:tc>
      </w:tr>
      <w:tr w:rsidR="00556F1D" w14:paraId="4A4AB9D9" w14:textId="77777777">
        <w:tc>
          <w:tcPr>
            <w:tcW w:w="3231" w:type="dxa"/>
            <w:shd w:val="clear" w:color="auto" w:fill="E9EFF3"/>
            <w:tcMar>
              <w:top w:w="90" w:type="dxa"/>
              <w:left w:w="110" w:type="dxa"/>
              <w:bottom w:w="90" w:type="dxa"/>
              <w:right w:w="110" w:type="dxa"/>
            </w:tcMar>
            <w:vAlign w:val="center"/>
          </w:tcPr>
          <w:p w14:paraId="638B7F45" w14:textId="1113ECB3" w:rsidR="00556F1D" w:rsidRDefault="00000000">
            <w:proofErr w:type="spellStart"/>
            <w:r>
              <w:rPr>
                <w:b/>
              </w:rPr>
              <w:t>Unterrichtssprache</w:t>
            </w:r>
            <w:proofErr w:type="spellEnd"/>
          </w:p>
        </w:tc>
        <w:tc>
          <w:tcPr>
            <w:tcW w:w="6236" w:type="dxa"/>
            <w:tcBorders>
              <w:bottom w:val="single" w:sz="8" w:space="0" w:color="7F8C8D"/>
            </w:tcBorders>
            <w:tcMar>
              <w:top w:w="90" w:type="dxa"/>
              <w:left w:w="110" w:type="dxa"/>
              <w:bottom w:w="90" w:type="dxa"/>
              <w:right w:w="110" w:type="dxa"/>
            </w:tcMar>
            <w:vAlign w:val="center"/>
          </w:tcPr>
          <w:p w14:paraId="799E55B3" w14:textId="49F0999C" w:rsidR="00556F1D" w:rsidRDefault="00000000">
            <w:r>
              <w:t xml:space="preserve"> </w:t>
            </w:r>
          </w:p>
        </w:tc>
      </w:tr>
    </w:tbl>
    <w:p w14:paraId="2FC8A38F" w14:textId="77777777" w:rsidR="00556F1D" w:rsidRDefault="00000000">
      <w:pPr>
        <w:spacing w:before="200" w:after="80"/>
      </w:pPr>
      <w:r>
        <w:rPr>
          <w:b/>
        </w:rPr>
        <w:t>Anforderungen an die Ausarbeitung des Aufsatzes</w:t>
      </w:r>
    </w:p>
    <w:p w14:paraId="3F3763BD" w14:textId="77777777" w:rsidR="00556F1D" w:rsidRDefault="00000000" w:rsidP="00425609">
      <w:pPr>
        <w:spacing w:after="100"/>
        <w:jc w:val="both"/>
      </w:pPr>
      <w:r>
        <w:t>Legen Sie Ihre persönlichen Beweggründe und Argumente für die Wahl des Lehrberufs dar. Heben Sie die Stärken, Eigenschaften und persönlichen Fähigkeiten hervor, die Sie Ihrer Ansicht nach für den Lehrberuf qualifizieren. Erläutern und begründen Sie, ob Sie den Lehrberuf als erste Wahl für Ihre persönliche und berufliche Entwicklung oder als Alternative betrachten.</w:t>
      </w:r>
    </w:p>
    <w:p w14:paraId="4AFA2BBE" w14:textId="00B40C8E" w:rsidR="00556F1D" w:rsidRDefault="00000000">
      <w:pPr>
        <w:spacing w:before="80" w:after="160"/>
      </w:pPr>
      <w:r>
        <w:rPr>
          <w:b/>
        </w:rPr>
        <w:t xml:space="preserve">Verfassen Sie einen Aufsatz mit höchstens 500 </w:t>
      </w:r>
      <w:proofErr w:type="spellStart"/>
      <w:r>
        <w:rPr>
          <w:b/>
        </w:rPr>
        <w:t>Wörtern</w:t>
      </w:r>
      <w:proofErr w:type="spellEnd"/>
      <w:r>
        <w:rPr>
          <w:b/>
        </w:rPr>
        <w:t xml:space="preserve"> (</w:t>
      </w:r>
      <w:proofErr w:type="spellStart"/>
      <w:r>
        <w:rPr>
          <w:b/>
        </w:rPr>
        <w:t>etwa</w:t>
      </w:r>
      <w:proofErr w:type="spellEnd"/>
      <w:r>
        <w:rPr>
          <w:b/>
        </w:rPr>
        <w:t xml:space="preserve"> </w:t>
      </w:r>
      <w:proofErr w:type="spellStart"/>
      <w:r>
        <w:rPr>
          <w:b/>
        </w:rPr>
        <w:t>eine</w:t>
      </w:r>
      <w:proofErr w:type="spellEnd"/>
      <w:r>
        <w:rPr>
          <w:b/>
        </w:rPr>
        <w:t xml:space="preserve"> A4-Seite).</w:t>
      </w:r>
    </w:p>
    <w:p w14:paraId="3F316C59" w14:textId="7832E3A9" w:rsidR="00556F1D" w:rsidRDefault="00000000" w:rsidP="000F5498">
      <w:pPr>
        <w:jc w:val="center"/>
      </w:pPr>
      <w:r>
        <w:rPr>
          <w:b/>
        </w:rPr>
        <w:t>AUFSATZ</w:t>
      </w:r>
    </w:p>
    <w:p w14:paraId="6616637A" w14:textId="77777777" w:rsidR="00556F1D" w:rsidRDefault="00000000">
      <w:pPr>
        <w:spacing w:after="40"/>
      </w:pPr>
      <w:r>
        <w:rPr>
          <w:i/>
          <w:color w:val="5F5F5F"/>
        </w:rPr>
        <w:t>[Verfassen Sie den Aufsatz im nachstehenden Bereich und berücksichtigen Sie dabei alle genannten Anforderungen.]</w:t>
      </w:r>
    </w:p>
    <w:p w14:paraId="5DE99E4E" w14:textId="5354D323" w:rsidR="00556F1D" w:rsidRPr="000F5498" w:rsidRDefault="00556F1D">
      <w:pPr>
        <w:spacing w:after="40"/>
      </w:pPr>
    </w:p>
    <w:p w14:paraId="1D7F9B69" w14:textId="77777777" w:rsidR="000F5498" w:rsidRPr="000F5498" w:rsidRDefault="000F5498">
      <w:pPr>
        <w:spacing w:after="40"/>
      </w:pPr>
    </w:p>
    <w:p w14:paraId="349D7CE1" w14:textId="77777777" w:rsidR="000F5498" w:rsidRPr="000F5498" w:rsidRDefault="000F5498">
      <w:pPr>
        <w:spacing w:after="40"/>
      </w:pPr>
    </w:p>
    <w:p w14:paraId="78D7F5B3" w14:textId="77777777" w:rsidR="000F5498" w:rsidRPr="000F5498" w:rsidRDefault="000F5498">
      <w:pPr>
        <w:spacing w:after="40"/>
      </w:pPr>
    </w:p>
    <w:p w14:paraId="7BEE4898" w14:textId="77777777" w:rsidR="000F5498" w:rsidRPr="000F5498" w:rsidRDefault="000F5498">
      <w:pPr>
        <w:spacing w:after="40"/>
      </w:pPr>
    </w:p>
    <w:p w14:paraId="379177CF" w14:textId="77777777" w:rsidR="000F5498" w:rsidRPr="000F5498" w:rsidRDefault="000F5498">
      <w:pPr>
        <w:spacing w:after="40"/>
      </w:pPr>
    </w:p>
    <w:p w14:paraId="491BE67B" w14:textId="77777777" w:rsidR="000F5498" w:rsidRDefault="000F5498">
      <w:pPr>
        <w:spacing w:after="40"/>
      </w:pPr>
    </w:p>
    <w:p w14:paraId="49497FC7" w14:textId="77777777" w:rsidR="008A1753" w:rsidRDefault="008A1753">
      <w:pPr>
        <w:spacing w:after="40"/>
      </w:pPr>
    </w:p>
    <w:p w14:paraId="5E21D68E" w14:textId="77777777" w:rsidR="008A1753" w:rsidRDefault="008A1753">
      <w:pPr>
        <w:spacing w:after="40"/>
      </w:pPr>
    </w:p>
    <w:p w14:paraId="79B8C0CD" w14:textId="77777777" w:rsidR="008A1753" w:rsidRPr="000F5498" w:rsidRDefault="008A1753">
      <w:pPr>
        <w:spacing w:after="40"/>
      </w:pPr>
    </w:p>
    <w:p w14:paraId="351456A5" w14:textId="77777777" w:rsidR="000F5498" w:rsidRPr="000F5498" w:rsidRDefault="000F5498">
      <w:pPr>
        <w:spacing w:after="40"/>
      </w:pPr>
    </w:p>
    <w:p w14:paraId="63CE51B5" w14:textId="77777777" w:rsidR="000F5498" w:rsidRPr="000F5498" w:rsidRDefault="000F5498">
      <w:pPr>
        <w:spacing w:after="40"/>
      </w:pPr>
    </w:p>
    <w:p w14:paraId="0A99AB25" w14:textId="77777777" w:rsidR="000F5498" w:rsidRPr="000F5498" w:rsidRDefault="000F5498">
      <w:pPr>
        <w:spacing w:after="40"/>
      </w:pPr>
    </w:p>
    <w:p w14:paraId="02FBBA40" w14:textId="77777777" w:rsidR="000F5498" w:rsidRPr="000F5498" w:rsidRDefault="000F5498">
      <w:pPr>
        <w:spacing w:after="40"/>
      </w:pPr>
    </w:p>
    <w:p w14:paraId="387C4E81" w14:textId="77777777" w:rsidR="000F5498" w:rsidRPr="000F5498" w:rsidRDefault="000F5498">
      <w:pPr>
        <w:spacing w:after="40"/>
      </w:pPr>
    </w:p>
    <w:p w14:paraId="0A130AA6" w14:textId="77777777" w:rsidR="000F5498" w:rsidRPr="000F5498" w:rsidRDefault="000F5498">
      <w:pPr>
        <w:spacing w:after="40"/>
      </w:pPr>
    </w:p>
    <w:p w14:paraId="7A0EDEC8" w14:textId="77777777" w:rsidR="000F5498" w:rsidRPr="000F5498" w:rsidRDefault="000F5498">
      <w:pPr>
        <w:spacing w:after="40"/>
      </w:pPr>
    </w:p>
    <w:p w14:paraId="49B0EC53" w14:textId="77777777" w:rsidR="000F5498" w:rsidRPr="000F5498" w:rsidRDefault="000F5498">
      <w:pPr>
        <w:spacing w:after="40"/>
      </w:pPr>
    </w:p>
    <w:p w14:paraId="42E4CCDE" w14:textId="77777777" w:rsidR="000F5498" w:rsidRPr="000F5498" w:rsidRDefault="000F5498">
      <w:pPr>
        <w:spacing w:after="40"/>
      </w:pPr>
    </w:p>
    <w:p w14:paraId="773B8317" w14:textId="77777777" w:rsidR="000F5498" w:rsidRPr="000F5498" w:rsidRDefault="000F5498">
      <w:pPr>
        <w:spacing w:after="40"/>
      </w:pPr>
    </w:p>
    <w:p w14:paraId="278D51E8" w14:textId="77777777" w:rsidR="000F5498" w:rsidRPr="000F5498" w:rsidRDefault="000F5498">
      <w:pPr>
        <w:spacing w:after="40"/>
      </w:pPr>
    </w:p>
    <w:p w14:paraId="5BDC4BA8" w14:textId="2B444D1C" w:rsidR="00961050" w:rsidRPr="000F5498" w:rsidRDefault="000F5498" w:rsidP="000F5498">
      <w:pPr>
        <w:spacing w:after="40"/>
        <w:jc w:val="both"/>
      </w:pPr>
      <w:proofErr w:type="spellStart"/>
      <w:r w:rsidRPr="000F5498">
        <w:t>Unterschrift</w:t>
      </w:r>
      <w:proofErr w:type="spellEnd"/>
    </w:p>
    <w:sectPr w:rsidR="00961050" w:rsidRPr="000F5498" w:rsidSect="000F549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7098127">
    <w:abstractNumId w:val="8"/>
  </w:num>
  <w:num w:numId="2" w16cid:durableId="798763895">
    <w:abstractNumId w:val="6"/>
  </w:num>
  <w:num w:numId="3" w16cid:durableId="862741913">
    <w:abstractNumId w:val="5"/>
  </w:num>
  <w:num w:numId="4" w16cid:durableId="692459298">
    <w:abstractNumId w:val="4"/>
  </w:num>
  <w:num w:numId="5" w16cid:durableId="1174151946">
    <w:abstractNumId w:val="7"/>
  </w:num>
  <w:num w:numId="6" w16cid:durableId="325013056">
    <w:abstractNumId w:val="3"/>
  </w:num>
  <w:num w:numId="7" w16cid:durableId="1013150389">
    <w:abstractNumId w:val="2"/>
  </w:num>
  <w:num w:numId="8" w16cid:durableId="783034872">
    <w:abstractNumId w:val="1"/>
  </w:num>
  <w:num w:numId="9" w16cid:durableId="1332686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5498"/>
    <w:rsid w:val="0015074B"/>
    <w:rsid w:val="0026360C"/>
    <w:rsid w:val="0029639D"/>
    <w:rsid w:val="00326F90"/>
    <w:rsid w:val="00425609"/>
    <w:rsid w:val="00556F1D"/>
    <w:rsid w:val="008A1753"/>
    <w:rsid w:val="00961050"/>
    <w:rsid w:val="00AA1D8D"/>
    <w:rsid w:val="00B47730"/>
    <w:rsid w:val="00BB593E"/>
    <w:rsid w:val="00CB0664"/>
    <w:rsid w:val="00DB3D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085ECD"/>
  <w14:defaultImageDpi w14:val="300"/>
  <w15:docId w15:val="{F0A9F2B8-BA33-4417-93D6-02EADCBC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Motivationsaufsatz zur Wahl des Lehrberufs</dc:title>
  <dc:subject>Alegerea carierei didactice</dc:subject>
  <dc:creator>Imre Pentek</dc:creator>
  <cp:keywords/>
  <dc:description>generated by python-docx</dc:description>
  <cp:lastModifiedBy>Imre Pentek</cp:lastModifiedBy>
  <cp:revision>4</cp:revision>
  <dcterms:created xsi:type="dcterms:W3CDTF">2026-07-20T12:59:00Z</dcterms:created>
  <dcterms:modified xsi:type="dcterms:W3CDTF">2026-07-20T13:08:00Z</dcterms:modified>
  <cp:category/>
</cp:coreProperties>
</file>