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3742"/>
      </w:tblGrid>
      <w:tr w:rsidR="00556F1D" w14:paraId="07C96106" w14:textId="77777777">
        <w:trPr>
          <w:jc w:val="right"/>
        </w:trPr>
        <w:tc>
          <w:tcPr>
            <w:tcW w:w="3742" w:type="dxa"/>
            <w:tcBorders>
              <w:top w:val="single" w:sz="10" w:space="0" w:color="7F8C8D"/>
              <w:left w:val="single" w:sz="10" w:space="0" w:color="7F8C8D"/>
              <w:bottom w:val="single" w:sz="10" w:space="0" w:color="7F8C8D"/>
              <w:right w:val="single" w:sz="10" w:space="0" w:color="7F8C8D"/>
            </w:tcBorders>
            <w:shd w:val="clear" w:color="auto" w:fill="E9EFF3"/>
            <w:tcMar>
              <w:top w:w="75" w:type="dxa"/>
              <w:left w:w="120" w:type="dxa"/>
              <w:bottom w:w="75" w:type="dxa"/>
              <w:right w:w="120" w:type="dxa"/>
            </w:tcMar>
            <w:vAlign w:val="center"/>
          </w:tcPr>
          <w:p w14:paraId="223C8BBC" w14:textId="77777777" w:rsidR="00556F1D" w:rsidRDefault="00000000">
            <w:pPr>
              <w:jc w:val="center"/>
            </w:pPr>
            <w:r>
              <w:rPr>
                <w:b/>
              </w:rPr>
              <w:t>EVALUARE – se completează de către comisia de admitere</w:t>
            </w:r>
          </w:p>
        </w:tc>
      </w:tr>
      <w:tr w:rsidR="00556F1D" w14:paraId="1DE28D0F" w14:textId="77777777">
        <w:trPr>
          <w:jc w:val="right"/>
        </w:trPr>
        <w:tc>
          <w:tcPr>
            <w:tcW w:w="3742" w:type="dxa"/>
            <w:tcBorders>
              <w:top w:val="single" w:sz="10" w:space="0" w:color="7F8C8D"/>
              <w:left w:val="single" w:sz="10" w:space="0" w:color="7F8C8D"/>
              <w:bottom w:val="single" w:sz="10" w:space="0" w:color="7F8C8D"/>
              <w:right w:val="single" w:sz="10" w:space="0" w:color="7F8C8D"/>
            </w:tcBorders>
            <w:tcMar>
              <w:top w:w="75" w:type="dxa"/>
              <w:left w:w="120" w:type="dxa"/>
              <w:bottom w:w="75" w:type="dxa"/>
              <w:right w:w="120" w:type="dxa"/>
            </w:tcMar>
            <w:vAlign w:val="center"/>
          </w:tcPr>
          <w:p w14:paraId="539BDFB9" w14:textId="77777777" w:rsidR="00556F1D" w:rsidRDefault="00000000">
            <w:pPr>
              <w:jc w:val="center"/>
            </w:pPr>
            <w:r>
              <w:rPr>
                <w:b/>
              </w:rPr>
              <w:t>☐  ADMIS        ☐  RESPINS</w:t>
            </w:r>
          </w:p>
        </w:tc>
      </w:tr>
    </w:tbl>
    <w:p w14:paraId="4F8430F4" w14:textId="77777777" w:rsidR="000F5498" w:rsidRDefault="000F5498">
      <w:pPr>
        <w:spacing w:before="100" w:after="160"/>
        <w:jc w:val="center"/>
        <w:rPr>
          <w:b/>
        </w:rPr>
      </w:pPr>
    </w:p>
    <w:p w14:paraId="174A2B8E" w14:textId="6D7C2AD5" w:rsidR="00556F1D" w:rsidRDefault="00000000">
      <w:pPr>
        <w:spacing w:before="100" w:after="160"/>
        <w:jc w:val="center"/>
      </w:pPr>
      <w:r>
        <w:rPr>
          <w:b/>
        </w:rPr>
        <w:t>ESEU MOTIVAȚIONAL</w:t>
      </w:r>
    </w:p>
    <w:p w14:paraId="1375956B" w14:textId="77777777" w:rsidR="00556F1D" w:rsidRDefault="00000000">
      <w:pPr>
        <w:spacing w:after="220"/>
        <w:jc w:val="center"/>
      </w:pPr>
      <w:r>
        <w:rPr>
          <w:i/>
          <w:color w:val="464646"/>
        </w:rPr>
        <w:t>pentru alegerea carierei didactice</w:t>
      </w:r>
    </w:p>
    <w:tbl>
      <w:tblPr>
        <w:tblW w:w="5000" w:type="pct"/>
        <w:tblLook w:val="04A0" w:firstRow="1" w:lastRow="0" w:firstColumn="1" w:lastColumn="0" w:noHBand="0" w:noVBand="1"/>
      </w:tblPr>
      <w:tblGrid>
        <w:gridCol w:w="3646"/>
        <w:gridCol w:w="7040"/>
      </w:tblGrid>
      <w:tr w:rsidR="00556F1D" w14:paraId="068A5158" w14:textId="77777777" w:rsidTr="00533A1A">
        <w:tc>
          <w:tcPr>
            <w:tcW w:w="1706" w:type="pct"/>
            <w:shd w:val="clear" w:color="auto" w:fill="E9EFF3"/>
            <w:tcMar>
              <w:top w:w="90" w:type="dxa"/>
              <w:left w:w="110" w:type="dxa"/>
              <w:bottom w:w="90" w:type="dxa"/>
              <w:right w:w="110" w:type="dxa"/>
            </w:tcMar>
            <w:vAlign w:val="center"/>
          </w:tcPr>
          <w:p w14:paraId="20F1F181" w14:textId="77777777" w:rsidR="00556F1D" w:rsidRDefault="00000000">
            <w:r>
              <w:rPr>
                <w:b/>
              </w:rPr>
              <w:t>Numele de familie la naștere (conform certificatului de naștere)</w:t>
            </w:r>
          </w:p>
        </w:tc>
        <w:tc>
          <w:tcPr>
            <w:tcW w:w="3294" w:type="pct"/>
            <w:tcBorders>
              <w:bottom w:val="single" w:sz="8" w:space="0" w:color="7F8C8D"/>
            </w:tcBorders>
            <w:tcMar>
              <w:top w:w="90" w:type="dxa"/>
              <w:left w:w="110" w:type="dxa"/>
              <w:bottom w:w="90" w:type="dxa"/>
              <w:right w:w="110" w:type="dxa"/>
            </w:tcMar>
            <w:vAlign w:val="center"/>
          </w:tcPr>
          <w:p w14:paraId="7CCAAE36" w14:textId="77777777" w:rsidR="00556F1D" w:rsidRDefault="00000000">
            <w:r>
              <w:t xml:space="preserve"> </w:t>
            </w:r>
          </w:p>
        </w:tc>
      </w:tr>
      <w:tr w:rsidR="00556F1D" w14:paraId="77525E03" w14:textId="77777777" w:rsidTr="00533A1A">
        <w:tc>
          <w:tcPr>
            <w:tcW w:w="1706" w:type="pct"/>
            <w:shd w:val="clear" w:color="auto" w:fill="E9EFF3"/>
            <w:tcMar>
              <w:top w:w="90" w:type="dxa"/>
              <w:left w:w="110" w:type="dxa"/>
              <w:bottom w:w="90" w:type="dxa"/>
              <w:right w:w="110" w:type="dxa"/>
            </w:tcMar>
            <w:vAlign w:val="center"/>
          </w:tcPr>
          <w:p w14:paraId="035F5D09" w14:textId="77777777" w:rsidR="00556F1D" w:rsidRDefault="00000000">
            <w:r>
              <w:rPr>
                <w:b/>
              </w:rPr>
              <w:t>Prenumele</w:t>
            </w:r>
          </w:p>
        </w:tc>
        <w:tc>
          <w:tcPr>
            <w:tcW w:w="3294" w:type="pct"/>
            <w:tcBorders>
              <w:bottom w:val="single" w:sz="8" w:space="0" w:color="7F8C8D"/>
            </w:tcBorders>
            <w:tcMar>
              <w:top w:w="90" w:type="dxa"/>
              <w:left w:w="110" w:type="dxa"/>
              <w:bottom w:w="90" w:type="dxa"/>
              <w:right w:w="110" w:type="dxa"/>
            </w:tcMar>
            <w:vAlign w:val="center"/>
          </w:tcPr>
          <w:p w14:paraId="7C80E15B" w14:textId="77777777" w:rsidR="00556F1D" w:rsidRDefault="00000000">
            <w:r>
              <w:t xml:space="preserve"> </w:t>
            </w:r>
          </w:p>
        </w:tc>
      </w:tr>
      <w:tr w:rsidR="00556F1D" w14:paraId="0C8E5897" w14:textId="77777777" w:rsidTr="00533A1A">
        <w:tc>
          <w:tcPr>
            <w:tcW w:w="1706" w:type="pct"/>
            <w:shd w:val="clear" w:color="auto" w:fill="E9EFF3"/>
            <w:tcMar>
              <w:top w:w="90" w:type="dxa"/>
              <w:left w:w="110" w:type="dxa"/>
              <w:bottom w:w="90" w:type="dxa"/>
              <w:right w:w="110" w:type="dxa"/>
            </w:tcMar>
            <w:vAlign w:val="center"/>
          </w:tcPr>
          <w:p w14:paraId="2DED7FF8" w14:textId="77777777" w:rsidR="00556F1D" w:rsidRDefault="00000000">
            <w:r>
              <w:rPr>
                <w:b/>
              </w:rPr>
              <w:t>Facultatea</w:t>
            </w:r>
          </w:p>
        </w:tc>
        <w:tc>
          <w:tcPr>
            <w:tcW w:w="3294" w:type="pct"/>
            <w:tcBorders>
              <w:bottom w:val="single" w:sz="8" w:space="0" w:color="7F8C8D"/>
            </w:tcBorders>
            <w:tcMar>
              <w:top w:w="90" w:type="dxa"/>
              <w:left w:w="110" w:type="dxa"/>
              <w:bottom w:w="90" w:type="dxa"/>
              <w:right w:w="110" w:type="dxa"/>
            </w:tcMar>
            <w:vAlign w:val="center"/>
          </w:tcPr>
          <w:p w14:paraId="0B530FB5" w14:textId="77777777" w:rsidR="00556F1D" w:rsidRDefault="00000000">
            <w:r>
              <w:t xml:space="preserve"> </w:t>
            </w:r>
          </w:p>
        </w:tc>
      </w:tr>
      <w:tr w:rsidR="00556F1D" w14:paraId="0A7C746F" w14:textId="77777777" w:rsidTr="00533A1A">
        <w:tc>
          <w:tcPr>
            <w:tcW w:w="1706" w:type="pct"/>
            <w:shd w:val="clear" w:color="auto" w:fill="E9EFF3"/>
            <w:tcMar>
              <w:top w:w="90" w:type="dxa"/>
              <w:left w:w="110" w:type="dxa"/>
              <w:bottom w:w="90" w:type="dxa"/>
              <w:right w:w="110" w:type="dxa"/>
            </w:tcMar>
            <w:vAlign w:val="center"/>
          </w:tcPr>
          <w:p w14:paraId="4BE9576C" w14:textId="77777777" w:rsidR="00556F1D" w:rsidRDefault="00000000">
            <w:r>
              <w:rPr>
                <w:b/>
              </w:rPr>
              <w:t>Specializarea</w:t>
            </w:r>
          </w:p>
        </w:tc>
        <w:tc>
          <w:tcPr>
            <w:tcW w:w="3294" w:type="pct"/>
            <w:tcBorders>
              <w:bottom w:val="single" w:sz="8" w:space="0" w:color="7F8C8D"/>
            </w:tcBorders>
            <w:tcMar>
              <w:top w:w="90" w:type="dxa"/>
              <w:left w:w="110" w:type="dxa"/>
              <w:bottom w:w="90" w:type="dxa"/>
              <w:right w:w="110" w:type="dxa"/>
            </w:tcMar>
            <w:vAlign w:val="center"/>
          </w:tcPr>
          <w:p w14:paraId="51CB9769" w14:textId="77777777" w:rsidR="00556F1D" w:rsidRDefault="00000000">
            <w:r>
              <w:t xml:space="preserve"> </w:t>
            </w:r>
          </w:p>
        </w:tc>
      </w:tr>
      <w:tr w:rsidR="00556F1D" w14:paraId="4A4AB9D9" w14:textId="77777777" w:rsidTr="00533A1A">
        <w:tc>
          <w:tcPr>
            <w:tcW w:w="1706" w:type="pct"/>
            <w:shd w:val="clear" w:color="auto" w:fill="E9EFF3"/>
            <w:tcMar>
              <w:top w:w="90" w:type="dxa"/>
              <w:left w:w="110" w:type="dxa"/>
              <w:bottom w:w="90" w:type="dxa"/>
              <w:right w:w="110" w:type="dxa"/>
            </w:tcMar>
            <w:vAlign w:val="center"/>
          </w:tcPr>
          <w:p w14:paraId="638B7F45" w14:textId="1113ECB3" w:rsidR="00556F1D" w:rsidRDefault="00000000">
            <w:r>
              <w:rPr>
                <w:b/>
              </w:rPr>
              <w:t>Li</w:t>
            </w:r>
            <w:r w:rsidR="000F5498">
              <w:rPr>
                <w:b/>
              </w:rPr>
              <w:t>mba</w:t>
            </w:r>
            <w:r>
              <w:rPr>
                <w:b/>
              </w:rPr>
              <w:t xml:space="preserve"> de </w:t>
            </w:r>
            <w:proofErr w:type="spellStart"/>
            <w:r>
              <w:rPr>
                <w:b/>
              </w:rPr>
              <w:t>studii</w:t>
            </w:r>
            <w:proofErr w:type="spellEnd"/>
          </w:p>
        </w:tc>
        <w:tc>
          <w:tcPr>
            <w:tcW w:w="3294" w:type="pct"/>
            <w:tcBorders>
              <w:bottom w:val="single" w:sz="8" w:space="0" w:color="7F8C8D"/>
            </w:tcBorders>
            <w:tcMar>
              <w:top w:w="90" w:type="dxa"/>
              <w:left w:w="110" w:type="dxa"/>
              <w:bottom w:w="90" w:type="dxa"/>
              <w:right w:w="110" w:type="dxa"/>
            </w:tcMar>
            <w:vAlign w:val="center"/>
          </w:tcPr>
          <w:p w14:paraId="799E55B3" w14:textId="49F0999C" w:rsidR="00556F1D" w:rsidRDefault="00000000">
            <w:r>
              <w:t xml:space="preserve"> </w:t>
            </w:r>
          </w:p>
        </w:tc>
      </w:tr>
    </w:tbl>
    <w:p w14:paraId="2FC8A38F" w14:textId="77777777" w:rsidR="00556F1D" w:rsidRDefault="00000000">
      <w:pPr>
        <w:spacing w:before="200" w:after="80"/>
      </w:pPr>
      <w:r>
        <w:rPr>
          <w:b/>
        </w:rPr>
        <w:t>Cerințe pentru elaborarea eseului</w:t>
      </w:r>
    </w:p>
    <w:p w14:paraId="3F3763BD" w14:textId="77777777" w:rsidR="00556F1D" w:rsidRDefault="00000000" w:rsidP="00425609">
      <w:pPr>
        <w:spacing w:after="100"/>
        <w:jc w:val="both"/>
      </w:pPr>
      <w:r>
        <w:t>Prezentați motivele și argumentele personale care stau la baza alegerii carierei didactice. Evidențiați atuurile, calitățile și abilitățile personale care, în opinia dumneavoastră, vă recomandă pentru cariera didactică. Precizați și argumentați dacă vedeți cariera didactică drept prima opțiune pentru dezvoltarea dumneavoastră personală și profesională sau drept o alternativă.</w:t>
      </w:r>
    </w:p>
    <w:p w14:paraId="4AFA2BBE" w14:textId="00B40C8E" w:rsidR="00556F1D" w:rsidRDefault="00000000">
      <w:pPr>
        <w:spacing w:before="80" w:after="160"/>
      </w:pPr>
      <w:r>
        <w:rPr>
          <w:b/>
        </w:rPr>
        <w:t xml:space="preserve">Redactați un eseu de maximum 500 de </w:t>
      </w:r>
      <w:proofErr w:type="spellStart"/>
      <w:r>
        <w:rPr>
          <w:b/>
        </w:rPr>
        <w:t>cuvinte</w:t>
      </w:r>
      <w:proofErr w:type="spellEnd"/>
      <w:r>
        <w:rPr>
          <w:b/>
        </w:rPr>
        <w:t>, (</w:t>
      </w:r>
      <w:proofErr w:type="spellStart"/>
      <w:r>
        <w:rPr>
          <w:b/>
        </w:rPr>
        <w:t>aproximativ</w:t>
      </w:r>
      <w:proofErr w:type="spellEnd"/>
      <w:r>
        <w:rPr>
          <w:b/>
        </w:rPr>
        <w:t xml:space="preserve"> o </w:t>
      </w:r>
      <w:proofErr w:type="spellStart"/>
      <w:r>
        <w:rPr>
          <w:b/>
        </w:rPr>
        <w:t>pagină</w:t>
      </w:r>
      <w:proofErr w:type="spellEnd"/>
      <w:r>
        <w:rPr>
          <w:b/>
        </w:rPr>
        <w:t xml:space="preserve"> A4).</w:t>
      </w:r>
    </w:p>
    <w:p w14:paraId="3F316C59" w14:textId="7832E3A9" w:rsidR="00556F1D" w:rsidRDefault="00000000" w:rsidP="000F5498">
      <w:pPr>
        <w:jc w:val="center"/>
      </w:pPr>
      <w:r>
        <w:rPr>
          <w:b/>
        </w:rPr>
        <w:t>ESEU</w:t>
      </w:r>
    </w:p>
    <w:p w14:paraId="6616637A" w14:textId="77777777" w:rsidR="00556F1D" w:rsidRDefault="00000000">
      <w:pPr>
        <w:spacing w:after="40"/>
      </w:pPr>
      <w:r>
        <w:rPr>
          <w:i/>
          <w:color w:val="5F5F5F"/>
        </w:rPr>
        <w:t>[</w:t>
      </w:r>
      <w:proofErr w:type="spellStart"/>
      <w:r>
        <w:rPr>
          <w:i/>
          <w:color w:val="5F5F5F"/>
        </w:rPr>
        <w:t>Redactați</w:t>
      </w:r>
      <w:proofErr w:type="spellEnd"/>
      <w:r>
        <w:rPr>
          <w:i/>
          <w:color w:val="5F5F5F"/>
        </w:rPr>
        <w:t xml:space="preserve"> </w:t>
      </w:r>
      <w:proofErr w:type="spellStart"/>
      <w:r>
        <w:rPr>
          <w:i/>
          <w:color w:val="5F5F5F"/>
        </w:rPr>
        <w:t>eseul</w:t>
      </w:r>
      <w:proofErr w:type="spellEnd"/>
      <w:r>
        <w:rPr>
          <w:i/>
          <w:color w:val="5F5F5F"/>
        </w:rPr>
        <w:t xml:space="preserve"> </w:t>
      </w:r>
      <w:proofErr w:type="spellStart"/>
      <w:r>
        <w:rPr>
          <w:i/>
          <w:color w:val="5F5F5F"/>
        </w:rPr>
        <w:t>în</w:t>
      </w:r>
      <w:proofErr w:type="spellEnd"/>
      <w:r>
        <w:rPr>
          <w:i/>
          <w:color w:val="5F5F5F"/>
        </w:rPr>
        <w:t xml:space="preserve"> </w:t>
      </w:r>
      <w:proofErr w:type="spellStart"/>
      <w:r>
        <w:rPr>
          <w:i/>
          <w:color w:val="5F5F5F"/>
        </w:rPr>
        <w:t>spațiul</w:t>
      </w:r>
      <w:proofErr w:type="spellEnd"/>
      <w:r>
        <w:rPr>
          <w:i/>
          <w:color w:val="5F5F5F"/>
        </w:rPr>
        <w:t xml:space="preserve"> de mai jos, integrând toate cerințele menționate.]</w:t>
      </w:r>
    </w:p>
    <w:p w14:paraId="5DE99E4E" w14:textId="5354D323" w:rsidR="00556F1D" w:rsidRPr="000F5498" w:rsidRDefault="00556F1D">
      <w:pPr>
        <w:spacing w:after="40"/>
      </w:pPr>
    </w:p>
    <w:p w14:paraId="1D7F9B69" w14:textId="77777777" w:rsidR="000F5498" w:rsidRPr="000F5498" w:rsidRDefault="000F5498">
      <w:pPr>
        <w:spacing w:after="40"/>
      </w:pPr>
    </w:p>
    <w:p w14:paraId="349D7CE1" w14:textId="77777777" w:rsidR="000F5498" w:rsidRPr="000F5498" w:rsidRDefault="000F5498">
      <w:pPr>
        <w:spacing w:after="40"/>
      </w:pPr>
    </w:p>
    <w:p w14:paraId="78D7F5B3" w14:textId="77777777" w:rsidR="000F5498" w:rsidRPr="000F5498" w:rsidRDefault="000F5498">
      <w:pPr>
        <w:spacing w:after="40"/>
      </w:pPr>
    </w:p>
    <w:p w14:paraId="7BEE4898" w14:textId="77777777" w:rsidR="000F5498" w:rsidRPr="000F5498" w:rsidRDefault="000F5498">
      <w:pPr>
        <w:spacing w:after="40"/>
      </w:pPr>
    </w:p>
    <w:p w14:paraId="379177CF" w14:textId="77777777" w:rsidR="000F5498" w:rsidRPr="000F5498" w:rsidRDefault="000F5498">
      <w:pPr>
        <w:spacing w:after="40"/>
      </w:pPr>
    </w:p>
    <w:p w14:paraId="491BE67B" w14:textId="77777777" w:rsidR="000F5498" w:rsidRPr="000F5498" w:rsidRDefault="000F5498">
      <w:pPr>
        <w:spacing w:after="40"/>
      </w:pPr>
    </w:p>
    <w:p w14:paraId="351456A5" w14:textId="77777777" w:rsidR="000F5498" w:rsidRPr="000F5498" w:rsidRDefault="000F5498">
      <w:pPr>
        <w:spacing w:after="40"/>
      </w:pPr>
    </w:p>
    <w:p w14:paraId="63CE51B5" w14:textId="77777777" w:rsidR="000F5498" w:rsidRPr="000F5498" w:rsidRDefault="000F5498">
      <w:pPr>
        <w:spacing w:after="40"/>
      </w:pPr>
    </w:p>
    <w:p w14:paraId="0A99AB25" w14:textId="77777777" w:rsidR="000F5498" w:rsidRPr="000F5498" w:rsidRDefault="000F5498">
      <w:pPr>
        <w:spacing w:after="40"/>
      </w:pPr>
    </w:p>
    <w:p w14:paraId="02FBBA40" w14:textId="77777777" w:rsidR="000F5498" w:rsidRPr="000F5498" w:rsidRDefault="000F5498">
      <w:pPr>
        <w:spacing w:after="40"/>
      </w:pPr>
    </w:p>
    <w:p w14:paraId="387C4E81" w14:textId="77777777" w:rsidR="000F5498" w:rsidRPr="000F5498" w:rsidRDefault="000F5498">
      <w:pPr>
        <w:spacing w:after="40"/>
      </w:pPr>
    </w:p>
    <w:p w14:paraId="0A130AA6" w14:textId="77777777" w:rsidR="000F5498" w:rsidRPr="000F5498" w:rsidRDefault="000F5498">
      <w:pPr>
        <w:spacing w:after="40"/>
      </w:pPr>
    </w:p>
    <w:p w14:paraId="7A0EDEC8" w14:textId="77777777" w:rsidR="000F5498" w:rsidRPr="000F5498" w:rsidRDefault="000F5498">
      <w:pPr>
        <w:spacing w:after="40"/>
      </w:pPr>
    </w:p>
    <w:p w14:paraId="49B0EC53" w14:textId="77777777" w:rsidR="000F5498" w:rsidRPr="000F5498" w:rsidRDefault="000F5498">
      <w:pPr>
        <w:spacing w:after="40"/>
      </w:pPr>
    </w:p>
    <w:p w14:paraId="42E4CCDE" w14:textId="77777777" w:rsidR="000F5498" w:rsidRPr="000F5498" w:rsidRDefault="000F5498">
      <w:pPr>
        <w:spacing w:after="40"/>
      </w:pPr>
    </w:p>
    <w:p w14:paraId="773B8317" w14:textId="77777777" w:rsidR="000F5498" w:rsidRPr="000F5498" w:rsidRDefault="000F5498">
      <w:pPr>
        <w:spacing w:after="40"/>
      </w:pPr>
    </w:p>
    <w:p w14:paraId="278D51E8" w14:textId="77777777" w:rsidR="000F5498" w:rsidRPr="000F5498" w:rsidRDefault="000F5498">
      <w:pPr>
        <w:spacing w:after="40"/>
      </w:pPr>
    </w:p>
    <w:p w14:paraId="5DAAA068" w14:textId="77777777" w:rsidR="000F5498" w:rsidRPr="000F5498" w:rsidRDefault="000F5498">
      <w:pPr>
        <w:spacing w:after="40"/>
      </w:pPr>
    </w:p>
    <w:p w14:paraId="14042AA8" w14:textId="77777777" w:rsidR="000F5498" w:rsidRPr="000F5498" w:rsidRDefault="000F5498">
      <w:pPr>
        <w:spacing w:after="40"/>
      </w:pPr>
    </w:p>
    <w:p w14:paraId="764F06F5" w14:textId="77777777" w:rsidR="000F5498" w:rsidRPr="000F5498" w:rsidRDefault="000F5498" w:rsidP="000F5498">
      <w:pPr>
        <w:spacing w:after="40"/>
        <w:jc w:val="both"/>
      </w:pPr>
    </w:p>
    <w:p w14:paraId="5BDC4BA8" w14:textId="2B444D1C" w:rsidR="00961050" w:rsidRPr="000F5498" w:rsidRDefault="000F5498" w:rsidP="000F5498">
      <w:pPr>
        <w:spacing w:after="40"/>
        <w:jc w:val="both"/>
      </w:pPr>
      <w:proofErr w:type="spellStart"/>
      <w:r w:rsidRPr="000F5498">
        <w:t>Semnătura</w:t>
      </w:r>
      <w:proofErr w:type="spellEnd"/>
      <w:r w:rsidRPr="000F5498">
        <w:t xml:space="preserve"> </w:t>
      </w:r>
    </w:p>
    <w:sectPr w:rsidR="00961050" w:rsidRPr="000F5498" w:rsidSect="000F549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7098127">
    <w:abstractNumId w:val="8"/>
  </w:num>
  <w:num w:numId="2" w16cid:durableId="798763895">
    <w:abstractNumId w:val="6"/>
  </w:num>
  <w:num w:numId="3" w16cid:durableId="862741913">
    <w:abstractNumId w:val="5"/>
  </w:num>
  <w:num w:numId="4" w16cid:durableId="692459298">
    <w:abstractNumId w:val="4"/>
  </w:num>
  <w:num w:numId="5" w16cid:durableId="1174151946">
    <w:abstractNumId w:val="7"/>
  </w:num>
  <w:num w:numId="6" w16cid:durableId="325013056">
    <w:abstractNumId w:val="3"/>
  </w:num>
  <w:num w:numId="7" w16cid:durableId="1013150389">
    <w:abstractNumId w:val="2"/>
  </w:num>
  <w:num w:numId="8" w16cid:durableId="783034872">
    <w:abstractNumId w:val="1"/>
  </w:num>
  <w:num w:numId="9" w16cid:durableId="133268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5498"/>
    <w:rsid w:val="0015074B"/>
    <w:rsid w:val="0026360C"/>
    <w:rsid w:val="0029639D"/>
    <w:rsid w:val="003111A6"/>
    <w:rsid w:val="00326F90"/>
    <w:rsid w:val="00425609"/>
    <w:rsid w:val="00533A1A"/>
    <w:rsid w:val="00556F1D"/>
    <w:rsid w:val="00961050"/>
    <w:rsid w:val="00AA1D8D"/>
    <w:rsid w:val="00B47730"/>
    <w:rsid w:val="00BB593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85ECD"/>
  <w14:defaultImageDpi w14:val="300"/>
  <w15:docId w15:val="{F0A9F2B8-BA33-4417-93D6-02EADCBC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eseu motivațional</dc:title>
  <dc:subject>Alegerea carierei didactice</dc:subject>
  <dc:creator>Imre Pentek</dc:creator>
  <cp:keywords/>
  <dc:description>generated by python-docx</dc:description>
  <cp:lastModifiedBy>Imre Pentek</cp:lastModifiedBy>
  <cp:revision>4</cp:revision>
  <dcterms:created xsi:type="dcterms:W3CDTF">2026-07-20T12:59:00Z</dcterms:created>
  <dcterms:modified xsi:type="dcterms:W3CDTF">2026-07-20T13:06:00Z</dcterms:modified>
  <cp:category/>
</cp:coreProperties>
</file>